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3E4336" w14:textId="77777777" w:rsidR="005164F0" w:rsidRDefault="00000000">
      <w:pPr>
        <w:keepNext/>
        <w:spacing w:after="160"/>
        <w:jc w:val="center"/>
      </w:pPr>
      <w:r>
        <w:rPr>
          <w:b/>
        </w:rPr>
        <w:t>Programma Eventi</w:t>
      </w:r>
    </w:p>
    <w:p w14:paraId="42A54E73" w14:textId="77777777" w:rsidR="005164F0" w:rsidRDefault="00000000">
      <w:pPr>
        <w:keepNext/>
        <w:spacing w:after="160"/>
        <w:jc w:val="center"/>
      </w:pPr>
      <w:r>
        <w:rPr>
          <w:b/>
        </w:rPr>
        <w:t>GUBBIO, TERRA DI TARTUFO</w:t>
      </w:r>
    </w:p>
    <w:p w14:paraId="5ABF77E7" w14:textId="77777777" w:rsidR="005164F0" w:rsidRDefault="00000000">
      <w:pPr>
        <w:keepNext/>
        <w:spacing w:after="160"/>
        <w:jc w:val="center"/>
      </w:pPr>
      <w:r>
        <w:rPr>
          <w:b/>
        </w:rPr>
        <w:t>45ª edizione Mostra Mercato del Tartufo Bianco</w:t>
      </w:r>
    </w:p>
    <w:p w14:paraId="7E67C8DB" w14:textId="77777777" w:rsidR="005164F0" w:rsidRDefault="00000000">
      <w:pPr>
        <w:keepNext/>
        <w:pBdr>
          <w:bottom w:val="single" w:sz="4" w:space="8" w:color="000000"/>
        </w:pBdr>
        <w:spacing w:after="360"/>
        <w:jc w:val="center"/>
      </w:pPr>
      <w:r>
        <w:rPr>
          <w:b/>
        </w:rPr>
        <w:t>Gubbio, 30 ottobre–1 novembre | 6–8 novembre 2026</w:t>
      </w:r>
    </w:p>
    <w:p w14:paraId="6E9187FF" w14:textId="77777777" w:rsidR="005164F0" w:rsidRDefault="00000000">
      <w:pPr>
        <w:pStyle w:val="Titolo1"/>
        <w:spacing w:before="280" w:after="200"/>
      </w:pPr>
      <w:r>
        <w:rPr>
          <w:rFonts w:ascii="Times New Roman" w:hAnsi="Times New Roman"/>
        </w:rPr>
        <w:t>Giovedì 29 ottobre 2026</w:t>
      </w:r>
    </w:p>
    <w:p w14:paraId="601B2703" w14:textId="55B8D057" w:rsidR="005164F0" w:rsidRDefault="00000000">
      <w:pPr>
        <w:keepLines/>
        <w:tabs>
          <w:tab w:val="left" w:pos="1512"/>
        </w:tabs>
        <w:spacing w:after="200"/>
        <w:ind w:left="1512" w:hanging="1512"/>
      </w:pPr>
      <w:r>
        <w:rPr>
          <w:b/>
        </w:rPr>
        <w:t>18:00</w:t>
      </w:r>
      <w:r>
        <w:tab/>
      </w:r>
      <w:r>
        <w:rPr>
          <w:b/>
        </w:rPr>
        <w:t>TEMPORARY TRUFFLE EXHIBITION</w:t>
      </w:r>
      <w:r w:rsidR="009E778B">
        <w:rPr>
          <w:b/>
        </w:rPr>
        <w:br/>
      </w:r>
      <w:r>
        <w:rPr>
          <w:b/>
        </w:rPr>
        <w:t>Mostra fotografica ed immersiva</w:t>
      </w:r>
      <w:r>
        <w:br/>
        <w:t>Inaugurazione mostra fotografica e realtà immersiva dedicata al bosco, alla cerca e cava del tartufo.</w:t>
      </w:r>
      <w:r>
        <w:br/>
        <w:t>Aperitivo al tartufo a cura di Ristorante Officina dei Sapori.</w:t>
      </w:r>
      <w:r>
        <w:rPr>
          <w:i/>
        </w:rPr>
        <w:br/>
        <w:t>Galleria della Porta, Corso Garibaldi.</w:t>
      </w:r>
      <w:r>
        <w:rPr>
          <w:i/>
        </w:rPr>
        <w:br/>
        <w:t>Evento gratuito</w:t>
      </w:r>
    </w:p>
    <w:p w14:paraId="0CB49528" w14:textId="77777777" w:rsidR="005164F0" w:rsidRDefault="00000000">
      <w:pPr>
        <w:pStyle w:val="Titolo1"/>
        <w:spacing w:before="280" w:after="200"/>
      </w:pPr>
      <w:r>
        <w:rPr>
          <w:rFonts w:ascii="Times New Roman" w:hAnsi="Times New Roman"/>
        </w:rPr>
        <w:t>Venerdì 30 ottobre 2026</w:t>
      </w:r>
    </w:p>
    <w:p w14:paraId="06CAC4B3" w14:textId="77777777" w:rsidR="005164F0" w:rsidRDefault="00000000">
      <w:pPr>
        <w:keepLines/>
        <w:tabs>
          <w:tab w:val="left" w:pos="1512"/>
        </w:tabs>
        <w:spacing w:after="200"/>
        <w:ind w:left="1512" w:hanging="1512"/>
      </w:pPr>
      <w:r>
        <w:rPr>
          <w:b/>
        </w:rPr>
        <w:t>18:00</w:t>
      </w:r>
      <w:r>
        <w:tab/>
      </w:r>
      <w:r>
        <w:rPr>
          <w:b/>
        </w:rPr>
        <w:t>Inaugurazione</w:t>
      </w:r>
      <w:r>
        <w:br/>
        <w:t>Mostra Mercato del Tartufo Bianco di Gubbio 45ª edizione.</w:t>
      </w:r>
      <w:r>
        <w:br/>
        <w:t>Aperitivo a cura di Tipic Umbria.</w:t>
      </w:r>
      <w:r>
        <w:rPr>
          <w:i/>
        </w:rPr>
        <w:br/>
        <w:t>Area stand, Piazza Quaranta Martiri.</w:t>
      </w:r>
      <w:r>
        <w:rPr>
          <w:i/>
        </w:rPr>
        <w:br/>
        <w:t>Evento gratuito</w:t>
      </w:r>
    </w:p>
    <w:p w14:paraId="2BE8BE1A" w14:textId="77777777" w:rsidR="005164F0" w:rsidRDefault="00000000">
      <w:pPr>
        <w:keepLines/>
        <w:tabs>
          <w:tab w:val="left" w:pos="1512"/>
        </w:tabs>
        <w:spacing w:after="200"/>
        <w:ind w:left="1512" w:hanging="1512"/>
      </w:pPr>
      <w:r>
        <w:rPr>
          <w:b/>
        </w:rPr>
        <w:t>20:00</w:t>
      </w:r>
      <w:r>
        <w:tab/>
      </w:r>
      <w:r>
        <w:rPr>
          <w:b/>
        </w:rPr>
        <w:t>Serata di Gala</w:t>
      </w:r>
      <w:r>
        <w:br/>
        <w:t>Truffle experience. Con cucina firmata da FRATELLI SERVA stella Michelin 2026.</w:t>
      </w:r>
      <w:r>
        <w:br/>
        <w:t>Ospite della serata Mariano di Vaio.</w:t>
      </w:r>
      <w:r>
        <w:rPr>
          <w:i/>
        </w:rPr>
        <w:br/>
        <w:t>Palazzo della Porta.</w:t>
      </w:r>
      <w:r>
        <w:rPr>
          <w:i/>
        </w:rPr>
        <w:br/>
        <w:t>Evento a pagamento con prenotazione obbligatoria: 075 9220693 – 328 9865735</w:t>
      </w:r>
    </w:p>
    <w:p w14:paraId="1AD1B254" w14:textId="77777777" w:rsidR="005164F0" w:rsidRDefault="00000000">
      <w:pPr>
        <w:pStyle w:val="Titolo1"/>
        <w:pageBreakBefore/>
        <w:spacing w:before="280" w:after="200"/>
      </w:pPr>
      <w:r>
        <w:rPr>
          <w:rFonts w:ascii="Times New Roman" w:hAnsi="Times New Roman"/>
        </w:rPr>
        <w:lastRenderedPageBreak/>
        <w:t>Sabato 31 ottobre 2026</w:t>
      </w:r>
    </w:p>
    <w:p w14:paraId="79B313E8" w14:textId="77777777" w:rsidR="005164F0" w:rsidRDefault="00000000">
      <w:pPr>
        <w:keepLines/>
        <w:tabs>
          <w:tab w:val="left" w:pos="1512"/>
        </w:tabs>
        <w:spacing w:after="200"/>
        <w:ind w:left="1512" w:hanging="1512"/>
      </w:pPr>
      <w:r>
        <w:rPr>
          <w:b/>
        </w:rPr>
        <w:t>10:00</w:t>
      </w:r>
      <w:r>
        <w:tab/>
      </w:r>
      <w:r>
        <w:rPr>
          <w:b/>
        </w:rPr>
        <w:t>Incontro – Presentazione della riedizione del libro</w:t>
      </w:r>
      <w:r>
        <w:br/>
        <w:t>“Il tartufo a Gubbio – notizie e curiosità dalle carte d’archivio” a cura di Fabrizio Cece, con distribuzione del volume.</w:t>
      </w:r>
      <w:r>
        <w:rPr>
          <w:i/>
        </w:rPr>
        <w:br/>
        <w:t>Area stand di Piazza Quaranta Martiri.</w:t>
      </w:r>
      <w:r>
        <w:rPr>
          <w:i/>
        </w:rPr>
        <w:br/>
        <w:t>Evento gratuito</w:t>
      </w:r>
    </w:p>
    <w:p w14:paraId="660FB1DA" w14:textId="77777777" w:rsidR="005164F0" w:rsidRDefault="00000000">
      <w:pPr>
        <w:keepLines/>
        <w:tabs>
          <w:tab w:val="left" w:pos="1512"/>
        </w:tabs>
        <w:spacing w:after="200"/>
        <w:ind w:left="1512" w:hanging="1512"/>
      </w:pPr>
      <w:r>
        <w:rPr>
          <w:b/>
        </w:rPr>
        <w:t>11:00</w:t>
      </w:r>
      <w:r>
        <w:tab/>
      </w:r>
      <w:r>
        <w:rPr>
          <w:b/>
        </w:rPr>
        <w:t>Show Cooking</w:t>
      </w:r>
      <w:r>
        <w:br/>
        <w:t>A cura di Agriturismo Guinzano “Bianco su Bianco” con lo chef Roberto Salvi Marchetti.</w:t>
      </w:r>
      <w:r>
        <w:rPr>
          <w:i/>
        </w:rPr>
        <w:br/>
        <w:t>Area stand di Piazza Quaranta Martiri.</w:t>
      </w:r>
      <w:r>
        <w:rPr>
          <w:i/>
        </w:rPr>
        <w:br/>
        <w:t>Evento gratuito</w:t>
      </w:r>
    </w:p>
    <w:p w14:paraId="0326DABB" w14:textId="77777777" w:rsidR="005164F0" w:rsidRDefault="00000000">
      <w:pPr>
        <w:keepLines/>
        <w:tabs>
          <w:tab w:val="left" w:pos="1512"/>
        </w:tabs>
        <w:spacing w:after="200"/>
        <w:ind w:left="1512" w:hanging="1512"/>
      </w:pPr>
      <w:r>
        <w:rPr>
          <w:b/>
        </w:rPr>
        <w:t>11:30</w:t>
      </w:r>
      <w:r>
        <w:tab/>
      </w:r>
      <w:r>
        <w:rPr>
          <w:b/>
        </w:rPr>
        <w:t>Tartufo street food</w:t>
      </w:r>
      <w:r>
        <w:br/>
        <w:t>Con Gianmarco Cro.</w:t>
      </w:r>
      <w:r>
        <w:rPr>
          <w:i/>
        </w:rPr>
        <w:br/>
        <w:t>Corso Garibaldi.</w:t>
      </w:r>
      <w:r>
        <w:rPr>
          <w:i/>
        </w:rPr>
        <w:br/>
        <w:t>Evento gratuito</w:t>
      </w:r>
    </w:p>
    <w:p w14:paraId="04A1E5F2" w14:textId="77777777" w:rsidR="005164F0" w:rsidRDefault="00000000">
      <w:pPr>
        <w:keepLines/>
        <w:tabs>
          <w:tab w:val="left" w:pos="1512"/>
        </w:tabs>
        <w:spacing w:after="200"/>
        <w:ind w:left="1512" w:hanging="1512"/>
      </w:pPr>
      <w:r>
        <w:rPr>
          <w:b/>
        </w:rPr>
        <w:t>15:00</w:t>
      </w:r>
      <w:r>
        <w:tab/>
      </w:r>
      <w:r>
        <w:rPr>
          <w:b/>
        </w:rPr>
        <w:t>Incontro “Restare per scelta: giovani, aree interne e agricoltura come futuro possibile”</w:t>
      </w:r>
      <w:r>
        <w:br/>
        <w:t>A cura di Generazione T.</w:t>
      </w:r>
      <w:r>
        <w:rPr>
          <w:i/>
        </w:rPr>
        <w:br/>
        <w:t>Area stand di Piazza Quaranta Martiri.</w:t>
      </w:r>
      <w:r>
        <w:rPr>
          <w:i/>
        </w:rPr>
        <w:br/>
        <w:t>Evento gratuito</w:t>
      </w:r>
    </w:p>
    <w:p w14:paraId="51FF1642" w14:textId="77777777" w:rsidR="005164F0" w:rsidRDefault="00000000">
      <w:pPr>
        <w:keepLines/>
        <w:tabs>
          <w:tab w:val="left" w:pos="1512"/>
        </w:tabs>
        <w:spacing w:after="200"/>
        <w:ind w:left="1512" w:hanging="1512"/>
      </w:pPr>
      <w:r>
        <w:rPr>
          <w:b/>
        </w:rPr>
        <w:t>16:30</w:t>
      </w:r>
      <w:r>
        <w:tab/>
      </w:r>
      <w:r>
        <w:rPr>
          <w:b/>
        </w:rPr>
        <w:t>Show Cooking</w:t>
      </w:r>
      <w:r>
        <w:br/>
        <w:t>A cura di Officina dei Sapori con Michele Mosca Selezione “Radici e Profumi: faraona, sedano rapa, nocciole tostate e tartufo bianco” con lo chef Giacomo Ramacci.</w:t>
      </w:r>
      <w:r>
        <w:rPr>
          <w:i/>
        </w:rPr>
        <w:br/>
        <w:t>Area stand di Piazza Quaranta Martiri.</w:t>
      </w:r>
      <w:r>
        <w:rPr>
          <w:i/>
        </w:rPr>
        <w:br/>
        <w:t>Evento gratuito</w:t>
      </w:r>
    </w:p>
    <w:p w14:paraId="4205CC4C" w14:textId="77777777" w:rsidR="005164F0" w:rsidRDefault="00000000">
      <w:pPr>
        <w:keepLines/>
        <w:tabs>
          <w:tab w:val="left" w:pos="1512"/>
        </w:tabs>
        <w:spacing w:after="200"/>
        <w:ind w:left="1512" w:hanging="1512"/>
      </w:pPr>
      <w:r>
        <w:rPr>
          <w:b/>
        </w:rPr>
        <w:t>18:30</w:t>
      </w:r>
      <w:r>
        <w:tab/>
      </w:r>
      <w:r>
        <w:rPr>
          <w:b/>
        </w:rPr>
        <w:t>Show Cooking</w:t>
      </w:r>
      <w:r>
        <w:br/>
        <w:t>A cura di Ristorante il Custode “Cubetto di maialino morbido e arrostito, verza brasata e salsa fondo bruno e tartufo nero” con lo chef Marco Bistarelli.</w:t>
      </w:r>
      <w:r>
        <w:rPr>
          <w:i/>
        </w:rPr>
        <w:br/>
        <w:t>Area stand di Piazza Quaranta Martiri.</w:t>
      </w:r>
      <w:r>
        <w:rPr>
          <w:i/>
        </w:rPr>
        <w:br/>
        <w:t>Evento gratuito</w:t>
      </w:r>
    </w:p>
    <w:p w14:paraId="737B4823" w14:textId="77777777" w:rsidR="005164F0" w:rsidRDefault="00000000">
      <w:pPr>
        <w:pStyle w:val="Titolo1"/>
        <w:pageBreakBefore/>
        <w:spacing w:before="280" w:after="200"/>
      </w:pPr>
      <w:r>
        <w:rPr>
          <w:rFonts w:ascii="Times New Roman" w:hAnsi="Times New Roman"/>
        </w:rPr>
        <w:lastRenderedPageBreak/>
        <w:t>Domenica 1° novembre 2026</w:t>
      </w:r>
    </w:p>
    <w:p w14:paraId="5B8B6052" w14:textId="77777777" w:rsidR="005164F0" w:rsidRDefault="00000000">
      <w:pPr>
        <w:keepLines/>
        <w:tabs>
          <w:tab w:val="left" w:pos="1512"/>
        </w:tabs>
        <w:spacing w:after="200"/>
        <w:ind w:left="1512" w:hanging="1512"/>
      </w:pPr>
      <w:r>
        <w:rPr>
          <w:b/>
        </w:rPr>
        <w:t>10:00</w:t>
      </w:r>
      <w:r>
        <w:tab/>
      </w:r>
      <w:r>
        <w:rPr>
          <w:b/>
        </w:rPr>
        <w:t>Incontro “Erbe spontanee, medicali ed officinali – le tradizioni del nostro territorio”</w:t>
      </w:r>
      <w:r>
        <w:br/>
        <w:t>A cura dell’Associazione Iridium con Mario Salciarini.</w:t>
      </w:r>
      <w:r>
        <w:rPr>
          <w:i/>
        </w:rPr>
        <w:br/>
        <w:t>Area stand di Piazza Quaranta Martiri.</w:t>
      </w:r>
      <w:r>
        <w:rPr>
          <w:i/>
        </w:rPr>
        <w:br/>
        <w:t>Evento gratuito</w:t>
      </w:r>
    </w:p>
    <w:p w14:paraId="0CFB2281" w14:textId="77777777" w:rsidR="005164F0" w:rsidRDefault="00000000">
      <w:pPr>
        <w:keepLines/>
        <w:tabs>
          <w:tab w:val="left" w:pos="1512"/>
        </w:tabs>
        <w:spacing w:after="200"/>
        <w:ind w:left="1512" w:hanging="1512"/>
      </w:pPr>
      <w:r>
        <w:rPr>
          <w:b/>
        </w:rPr>
        <w:t>11:00</w:t>
      </w:r>
      <w:r>
        <w:tab/>
      </w:r>
      <w:r>
        <w:rPr>
          <w:b/>
        </w:rPr>
        <w:t>Tartufo street food</w:t>
      </w:r>
      <w:r>
        <w:br/>
        <w:t>Con Gianmarco Cro.</w:t>
      </w:r>
      <w:r>
        <w:rPr>
          <w:i/>
        </w:rPr>
        <w:br/>
        <w:t>Corso Garibaldi.</w:t>
      </w:r>
      <w:r>
        <w:rPr>
          <w:i/>
        </w:rPr>
        <w:br/>
        <w:t>Evento gratuito</w:t>
      </w:r>
    </w:p>
    <w:p w14:paraId="196753E1" w14:textId="77777777" w:rsidR="005164F0" w:rsidRDefault="00000000">
      <w:pPr>
        <w:keepLines/>
        <w:tabs>
          <w:tab w:val="left" w:pos="1512"/>
        </w:tabs>
        <w:spacing w:after="200"/>
        <w:ind w:left="1512" w:hanging="1512"/>
      </w:pPr>
      <w:r>
        <w:rPr>
          <w:b/>
        </w:rPr>
        <w:t>11:30</w:t>
      </w:r>
      <w:r>
        <w:tab/>
      </w:r>
      <w:r>
        <w:rPr>
          <w:b/>
        </w:rPr>
        <w:t>Show Cooking</w:t>
      </w:r>
      <w:r>
        <w:br/>
        <w:t>A cura di Ristorante Conte Fabiani “Oro Puro: preparazione live del Risotto d’autore all’Oro di Gubbio” con lo chef Gaetano Esposito.</w:t>
      </w:r>
      <w:r>
        <w:rPr>
          <w:i/>
        </w:rPr>
        <w:br/>
        <w:t>Area stand di Piazza Quaranta Martiri.</w:t>
      </w:r>
      <w:r>
        <w:rPr>
          <w:i/>
        </w:rPr>
        <w:br/>
        <w:t>Evento gratuito</w:t>
      </w:r>
    </w:p>
    <w:p w14:paraId="2C09AE3D" w14:textId="77777777" w:rsidR="005164F0" w:rsidRDefault="00000000">
      <w:pPr>
        <w:keepLines/>
        <w:tabs>
          <w:tab w:val="left" w:pos="1512"/>
        </w:tabs>
        <w:spacing w:after="200"/>
        <w:ind w:left="1512" w:hanging="1512"/>
      </w:pPr>
      <w:r>
        <w:rPr>
          <w:b/>
        </w:rPr>
        <w:t>15:00</w:t>
      </w:r>
      <w:r>
        <w:tab/>
      </w:r>
      <w:r>
        <w:rPr>
          <w:b/>
        </w:rPr>
        <w:t>Show Cooking, in cucina con Ruben</w:t>
      </w:r>
      <w:r>
        <w:br/>
        <w:t>Con chef Ruben Bondì e Gianmarco Cro.</w:t>
      </w:r>
      <w:r>
        <w:rPr>
          <w:i/>
        </w:rPr>
        <w:br/>
        <w:t>Area stand di Piazza Quaranta Martiri.</w:t>
      </w:r>
      <w:r>
        <w:rPr>
          <w:i/>
        </w:rPr>
        <w:br/>
        <w:t>Evento gratuito</w:t>
      </w:r>
    </w:p>
    <w:p w14:paraId="0A6E294A" w14:textId="77777777" w:rsidR="005164F0" w:rsidRDefault="00000000">
      <w:pPr>
        <w:keepLines/>
        <w:tabs>
          <w:tab w:val="left" w:pos="1512"/>
        </w:tabs>
        <w:spacing w:after="200"/>
        <w:ind w:left="1512" w:hanging="1512"/>
      </w:pPr>
      <w:r>
        <w:rPr>
          <w:b/>
        </w:rPr>
        <w:t>17:30</w:t>
      </w:r>
      <w:r>
        <w:tab/>
      </w:r>
      <w:r>
        <w:rPr>
          <w:b/>
        </w:rPr>
        <w:t>Tartufo street food</w:t>
      </w:r>
      <w:r>
        <w:br/>
        <w:t>Con Gianmarco Cro.</w:t>
      </w:r>
      <w:r>
        <w:rPr>
          <w:i/>
        </w:rPr>
        <w:br/>
        <w:t>Corso Garibaldi.</w:t>
      </w:r>
      <w:r>
        <w:rPr>
          <w:i/>
        </w:rPr>
        <w:br/>
        <w:t>Evento gratuito</w:t>
      </w:r>
    </w:p>
    <w:p w14:paraId="3F32A82A" w14:textId="77777777" w:rsidR="005164F0" w:rsidRDefault="00000000">
      <w:pPr>
        <w:keepLines/>
        <w:tabs>
          <w:tab w:val="left" w:pos="1512"/>
        </w:tabs>
        <w:spacing w:after="200"/>
        <w:ind w:left="1512" w:hanging="1512"/>
      </w:pPr>
      <w:r>
        <w:rPr>
          <w:b/>
        </w:rPr>
        <w:t>18:30</w:t>
      </w:r>
      <w:r>
        <w:tab/>
      </w:r>
      <w:r>
        <w:rPr>
          <w:b/>
        </w:rPr>
        <w:t>Show cooking</w:t>
      </w:r>
      <w:r>
        <w:br/>
        <w:t>A cura di Azienda Agricola Mi.Le.Ghi “Calici e tartufo: Calluna e Lilium, i fiori di Burano” con lo chef Alessio Pierini.</w:t>
      </w:r>
      <w:r>
        <w:rPr>
          <w:i/>
        </w:rPr>
        <w:br/>
        <w:t>Area stand di Piazza Quaranta Martiri.</w:t>
      </w:r>
      <w:r>
        <w:rPr>
          <w:i/>
        </w:rPr>
        <w:br/>
        <w:t>Evento gratuito</w:t>
      </w:r>
    </w:p>
    <w:p w14:paraId="156A3A83" w14:textId="77777777" w:rsidR="005164F0" w:rsidRDefault="00000000">
      <w:pPr>
        <w:pStyle w:val="Titolo1"/>
        <w:pageBreakBefore/>
        <w:spacing w:before="280" w:after="200"/>
      </w:pPr>
      <w:r>
        <w:rPr>
          <w:rFonts w:ascii="Times New Roman" w:hAnsi="Times New Roman"/>
        </w:rPr>
        <w:lastRenderedPageBreak/>
        <w:t>Sabato 7 novembre 2026</w:t>
      </w:r>
    </w:p>
    <w:p w14:paraId="2753729B" w14:textId="77777777" w:rsidR="005164F0" w:rsidRDefault="00000000">
      <w:pPr>
        <w:keepLines/>
        <w:tabs>
          <w:tab w:val="left" w:pos="1512"/>
        </w:tabs>
        <w:spacing w:after="200"/>
        <w:ind w:left="1512" w:hanging="1512"/>
      </w:pPr>
      <w:r>
        <w:rPr>
          <w:b/>
        </w:rPr>
        <w:t>11:00</w:t>
      </w:r>
      <w:r>
        <w:tab/>
      </w:r>
      <w:r>
        <w:rPr>
          <w:b/>
        </w:rPr>
        <w:t>Show Cooking</w:t>
      </w:r>
      <w:r>
        <w:br/>
        <w:t>A cura di Tipic Umbria “Gubbio in tavola” con le “due Nonne Cuciniere”.</w:t>
      </w:r>
      <w:r>
        <w:rPr>
          <w:i/>
        </w:rPr>
        <w:br/>
        <w:t>Area stand di Piazza Quaranta Martiri.</w:t>
      </w:r>
      <w:r>
        <w:rPr>
          <w:i/>
        </w:rPr>
        <w:br/>
        <w:t>Evento gratuito</w:t>
      </w:r>
    </w:p>
    <w:p w14:paraId="476074EE" w14:textId="77777777" w:rsidR="005164F0" w:rsidRDefault="00000000">
      <w:pPr>
        <w:keepLines/>
        <w:tabs>
          <w:tab w:val="left" w:pos="1512"/>
        </w:tabs>
        <w:spacing w:after="200"/>
        <w:ind w:left="1512" w:hanging="1512"/>
      </w:pPr>
      <w:r>
        <w:rPr>
          <w:b/>
        </w:rPr>
        <w:t>16:00</w:t>
      </w:r>
      <w:r>
        <w:tab/>
      </w:r>
      <w:r>
        <w:rPr>
          <w:b/>
        </w:rPr>
        <w:t>Talk “Radici e Futuro – la risorsa bosco: Innovazione agricola, tutela forestale e turismo lento – il modello filiera del tartufo come esempio di sviluppo delle aree interne”</w:t>
      </w:r>
      <w:r>
        <w:br/>
        <w:t>Con Dominga Cotarella, Presidente Coldiretti Umbria, Presidente nazionale di Fondazione Campagna Amica; Antonio Brunori, Segretario Generale PEFC, giornalista pubblicista e docente presso Università degli Studi di Perugia; Antonella Brancadoro, Direttore dell’Associazione Nazionale Città del Tartufo; Oderisi Nello Fiorucci, esperto di destination management; e Andrea Cecchini, imprenditore azienda Jimmy Tartufi. Modera Giacomo Marinelli Andreoli.</w:t>
      </w:r>
      <w:r>
        <w:rPr>
          <w:i/>
        </w:rPr>
        <w:br/>
        <w:t>Area stand di Piazza Quaranta Martiri.</w:t>
      </w:r>
      <w:r>
        <w:rPr>
          <w:i/>
        </w:rPr>
        <w:br/>
        <w:t>Evento gratuito</w:t>
      </w:r>
    </w:p>
    <w:p w14:paraId="5A72B962" w14:textId="77777777" w:rsidR="005164F0" w:rsidRDefault="00000000">
      <w:pPr>
        <w:keepLines/>
        <w:tabs>
          <w:tab w:val="left" w:pos="1512"/>
        </w:tabs>
        <w:spacing w:after="200"/>
        <w:ind w:left="1512" w:hanging="1512"/>
      </w:pPr>
      <w:r>
        <w:rPr>
          <w:b/>
        </w:rPr>
        <w:t>18:00</w:t>
      </w:r>
      <w:r>
        <w:tab/>
      </w:r>
      <w:r>
        <w:rPr>
          <w:b/>
        </w:rPr>
        <w:t>Show Cooking LE ECCELLENZE EUGUBINE</w:t>
      </w:r>
      <w:r>
        <w:br/>
        <w:t>“Il baccalà alla ceraiola” a cura dell’Università dei Muratori, Scalpellini e Arti Congeneri di Gubbio.</w:t>
      </w:r>
      <w:r>
        <w:rPr>
          <w:i/>
        </w:rPr>
        <w:br/>
        <w:t>Area stand di Piazza Quaranta Martiri.</w:t>
      </w:r>
      <w:r>
        <w:rPr>
          <w:i/>
        </w:rPr>
        <w:br/>
        <w:t>Evento gratuito</w:t>
      </w:r>
    </w:p>
    <w:p w14:paraId="7E3EC628" w14:textId="77777777" w:rsidR="005164F0" w:rsidRDefault="00000000">
      <w:pPr>
        <w:pStyle w:val="Titolo1"/>
        <w:pageBreakBefore/>
        <w:spacing w:before="280" w:after="200"/>
      </w:pPr>
      <w:r>
        <w:rPr>
          <w:rFonts w:ascii="Times New Roman" w:hAnsi="Times New Roman"/>
        </w:rPr>
        <w:lastRenderedPageBreak/>
        <w:t>Domenica 8 novembre 2026</w:t>
      </w:r>
    </w:p>
    <w:p w14:paraId="4944D967" w14:textId="77777777" w:rsidR="005164F0" w:rsidRDefault="00000000">
      <w:pPr>
        <w:keepLines/>
        <w:tabs>
          <w:tab w:val="left" w:pos="1512"/>
        </w:tabs>
        <w:spacing w:after="200"/>
        <w:ind w:left="1512" w:hanging="1512"/>
      </w:pPr>
      <w:r>
        <w:rPr>
          <w:b/>
        </w:rPr>
        <w:t>11:30</w:t>
      </w:r>
      <w:r>
        <w:tab/>
      </w:r>
      <w:r>
        <w:rPr>
          <w:b/>
        </w:rPr>
        <w:t>Show Cooking</w:t>
      </w:r>
      <w:r>
        <w:br/>
        <w:t>A cura di Ristorante Officina dei Sapori “Risotto dolce: mantecato al cioccolato bianco, crumble di nocciole e tartufo bianco” con lo chef Lorenzo Pisapia.</w:t>
      </w:r>
      <w:r>
        <w:rPr>
          <w:i/>
        </w:rPr>
        <w:br/>
        <w:t>Area stand di Piazza Quaranta Martiri.</w:t>
      </w:r>
      <w:r>
        <w:rPr>
          <w:i/>
        </w:rPr>
        <w:br/>
        <w:t>Evento gratuito</w:t>
      </w:r>
    </w:p>
    <w:p w14:paraId="71551B68" w14:textId="77777777" w:rsidR="005164F0" w:rsidRDefault="00000000">
      <w:pPr>
        <w:keepLines/>
        <w:tabs>
          <w:tab w:val="left" w:pos="1512"/>
        </w:tabs>
        <w:spacing w:after="200"/>
        <w:ind w:left="1512" w:hanging="1512"/>
      </w:pPr>
      <w:r>
        <w:rPr>
          <w:b/>
        </w:rPr>
        <w:t>16:00</w:t>
      </w:r>
      <w:r>
        <w:tab/>
      </w:r>
      <w:r>
        <w:rPr>
          <w:b/>
        </w:rPr>
        <w:t>Incontro “Sorella Selva: San Francesco e il respiro del bosco”</w:t>
      </w:r>
      <w:r>
        <w:br/>
        <w:t>A cura del Comitato Francesco a Gubbio, modera Daniele Morini.</w:t>
      </w:r>
      <w:r>
        <w:rPr>
          <w:i/>
        </w:rPr>
        <w:br/>
        <w:t>Area stand di Piazza Quaranta Martiri.</w:t>
      </w:r>
      <w:r>
        <w:rPr>
          <w:i/>
        </w:rPr>
        <w:br/>
        <w:t>Evento gratuito</w:t>
      </w:r>
    </w:p>
    <w:p w14:paraId="69096090" w14:textId="77777777" w:rsidR="005164F0" w:rsidRDefault="00000000">
      <w:pPr>
        <w:keepLines/>
        <w:tabs>
          <w:tab w:val="left" w:pos="1512"/>
        </w:tabs>
        <w:spacing w:after="200"/>
        <w:ind w:left="1512" w:hanging="1512"/>
      </w:pPr>
      <w:r>
        <w:rPr>
          <w:b/>
        </w:rPr>
        <w:t>17:30</w:t>
      </w:r>
      <w:r>
        <w:tab/>
      </w:r>
      <w:r>
        <w:rPr>
          <w:b/>
        </w:rPr>
        <w:t>Show Cooking</w:t>
      </w:r>
      <w:r>
        <w:br/>
        <w:t>A cura di AIS – Associazione Italiana Sommelier delegazione Gubbio “ALCHIMIE ITALIA &amp; FRANCIA – Contaminazione di terre e sapori: dialogo tra i terroir d’Italia e di Francia in una profusione di vino, tartufo e formaggio” con lo chef Alessio Manucci.</w:t>
      </w:r>
      <w:r>
        <w:rPr>
          <w:i/>
        </w:rPr>
        <w:br/>
        <w:t>Area stand di Piazza Quaranta Martiri.</w:t>
      </w:r>
      <w:r>
        <w:rPr>
          <w:i/>
        </w:rPr>
        <w:br/>
        <w:t>Evento a pagamento</w:t>
      </w:r>
    </w:p>
    <w:p w14:paraId="27CA50DA" w14:textId="77777777" w:rsidR="005164F0" w:rsidRDefault="00000000">
      <w:pPr>
        <w:pStyle w:val="Titolo1"/>
        <w:spacing w:before="320" w:after="120"/>
      </w:pPr>
      <w:r>
        <w:rPr>
          <w:rFonts w:ascii="Times New Roman" w:hAnsi="Times New Roman"/>
        </w:rPr>
        <w:t>Tutti i giorni</w:t>
      </w:r>
    </w:p>
    <w:p w14:paraId="178C7B30" w14:textId="77777777" w:rsidR="005164F0" w:rsidRDefault="00000000">
      <w:pPr>
        <w:keepNext/>
        <w:spacing w:after="100"/>
      </w:pPr>
      <w:r>
        <w:rPr>
          <w:b/>
        </w:rPr>
        <w:t>30 ottobre–1 novembre | 6–8 novembre 2026</w:t>
      </w:r>
    </w:p>
    <w:p w14:paraId="035E9890" w14:textId="77777777" w:rsidR="005164F0" w:rsidRDefault="00000000">
      <w:pPr>
        <w:keepNext/>
      </w:pPr>
      <w:r>
        <w:rPr>
          <w:b/>
        </w:rPr>
        <w:t>Apertura stand 09:00–20:00</w:t>
      </w:r>
    </w:p>
    <w:p w14:paraId="5F0F81A9" w14:textId="77777777" w:rsidR="005164F0" w:rsidRDefault="00000000">
      <w:pPr>
        <w:keepNext/>
      </w:pPr>
      <w:r>
        <w:t>Durante il periodo della manifestazione:</w:t>
      </w:r>
    </w:p>
    <w:p w14:paraId="70EE16D2" w14:textId="77777777" w:rsidR="005164F0" w:rsidRDefault="00000000">
      <w:pPr>
        <w:keepLines/>
        <w:spacing w:after="180"/>
      </w:pPr>
      <w:r>
        <w:rPr>
          <w:b/>
        </w:rPr>
        <w:t xml:space="preserve">TEMPORARY TRUFFLE EXHIBITION e Mostra Fotografica: </w:t>
      </w:r>
      <w:r>
        <w:t>L’uomo e il territorio, cerca e cavatura del tartufo. Un racconto per immagini.</w:t>
      </w:r>
      <w:r>
        <w:rPr>
          <w:i/>
        </w:rPr>
        <w:br/>
        <w:t>Con apertura gratuita in tutte le giornate della Mostra dalle 10:00 alle 20:00.</w:t>
      </w:r>
      <w:r>
        <w:rPr>
          <w:i/>
        </w:rPr>
        <w:br/>
        <w:t>Galleria della Porta, Corso Garibaldi.</w:t>
      </w:r>
    </w:p>
    <w:p w14:paraId="78EE5BBD" w14:textId="77777777" w:rsidR="005164F0" w:rsidRDefault="00000000">
      <w:pPr>
        <w:keepLines/>
        <w:spacing w:after="180"/>
      </w:pPr>
      <w:r>
        <w:rPr>
          <w:b/>
        </w:rPr>
        <w:t xml:space="preserve">Caccia al Tartufo: </w:t>
      </w:r>
      <w:r>
        <w:t>“Cerca e cava” simulata del tartufo.</w:t>
      </w:r>
      <w:r>
        <w:rPr>
          <w:i/>
        </w:rPr>
        <w:br/>
        <w:t>Iniziativa gratuita in piazza Oderisi.</w:t>
      </w:r>
    </w:p>
    <w:p w14:paraId="6B425F9D" w14:textId="77777777" w:rsidR="005164F0" w:rsidRDefault="00000000">
      <w:pPr>
        <w:keepLines/>
        <w:spacing w:after="180"/>
        <w:rPr>
          <w:i/>
        </w:rPr>
      </w:pPr>
      <w:r>
        <w:rPr>
          <w:b/>
        </w:rPr>
        <w:t xml:space="preserve">Area Kids: </w:t>
      </w:r>
      <w:r>
        <w:t>Area Gioco, attività creative, laboratori, truccabimbi, e tante altre attività gratuite per bambini. Ore 10:00–20:00.</w:t>
      </w:r>
      <w:r>
        <w:rPr>
          <w:i/>
        </w:rPr>
        <w:br/>
        <w:t>Area stand di Piazza Quaranta Martiri.</w:t>
      </w:r>
    </w:p>
    <w:p w14:paraId="3AA930AC" w14:textId="77777777" w:rsidR="009E778B" w:rsidRDefault="009E778B">
      <w:pPr>
        <w:keepLines/>
        <w:spacing w:after="180"/>
        <w:rPr>
          <w:i/>
        </w:rPr>
      </w:pPr>
    </w:p>
    <w:p w14:paraId="7BF148C5" w14:textId="2F47502D" w:rsidR="009E778B" w:rsidRDefault="009E778B">
      <w:pPr>
        <w:keepLines/>
        <w:spacing w:after="180"/>
        <w:rPr>
          <w:i/>
        </w:rPr>
      </w:pPr>
      <w:r>
        <w:rPr>
          <w:i/>
        </w:rPr>
        <w:t>____________________________</w:t>
      </w:r>
    </w:p>
    <w:p w14:paraId="3D98D242" w14:textId="06C1D2D7" w:rsidR="009E778B" w:rsidRDefault="009E778B" w:rsidP="009E778B">
      <w:pPr>
        <w:autoSpaceDE w:val="0"/>
        <w:autoSpaceDN w:val="0"/>
        <w:adjustRightInd w:val="0"/>
        <w:spacing w:before="94" w:after="0" w:line="161" w:lineRule="exact"/>
        <w:rPr>
          <w:rFonts w:ascii="Helvetica Neue" w:hAnsi="Helvetica Neue" w:cs="Helvetica Neue"/>
          <w:b/>
          <w:bCs/>
          <w:color w:val="auto"/>
          <w:sz w:val="16"/>
          <w:szCs w:val="16"/>
        </w:rPr>
      </w:pPr>
      <w:r>
        <w:rPr>
          <w:rFonts w:ascii="Helvetica Neue" w:hAnsi="Helvetica Neue" w:cs="Helvetica Neue"/>
          <w:b/>
          <w:bCs/>
          <w:color w:val="auto"/>
          <w:sz w:val="16"/>
          <w:szCs w:val="16"/>
        </w:rPr>
        <w:t>PER INFORMAZIONI IAT GUBBIO:</w:t>
      </w:r>
    </w:p>
    <w:p w14:paraId="27D1187E" w14:textId="424B3B8A" w:rsidR="009E778B" w:rsidRPr="009E778B" w:rsidRDefault="009E778B" w:rsidP="009E778B">
      <w:pPr>
        <w:autoSpaceDE w:val="0"/>
        <w:autoSpaceDN w:val="0"/>
        <w:adjustRightInd w:val="0"/>
        <w:spacing w:before="94" w:after="0" w:line="161" w:lineRule="exact"/>
        <w:rPr>
          <w:rFonts w:ascii="Helvetica Neue" w:hAnsi="Helvetica Neue" w:cs="Helvetica Neue"/>
          <w:color w:val="auto"/>
          <w:sz w:val="16"/>
          <w:szCs w:val="16"/>
        </w:rPr>
      </w:pPr>
      <w:r w:rsidRPr="009E778B">
        <w:rPr>
          <w:rFonts w:ascii="Helvetica Neue" w:hAnsi="Helvetica Neue" w:cs="Helvetica Neue"/>
          <w:color w:val="auto"/>
          <w:sz w:val="16"/>
          <w:szCs w:val="16"/>
        </w:rPr>
        <w:t xml:space="preserve">T. </w:t>
      </w:r>
      <w:r w:rsidRPr="009E778B">
        <w:rPr>
          <w:rFonts w:ascii="Helvetica Neue" w:hAnsi="Helvetica Neue" w:cs="Helvetica Neue"/>
          <w:color w:val="auto"/>
          <w:sz w:val="16"/>
          <w:szCs w:val="16"/>
        </w:rPr>
        <w:t>075 922 06 93</w:t>
      </w:r>
    </w:p>
    <w:p w14:paraId="48C8B9A8" w14:textId="6D136BFF" w:rsidR="009E778B" w:rsidRPr="009E778B" w:rsidRDefault="009E778B" w:rsidP="009E778B">
      <w:pPr>
        <w:autoSpaceDE w:val="0"/>
        <w:autoSpaceDN w:val="0"/>
        <w:adjustRightInd w:val="0"/>
        <w:spacing w:before="94" w:after="0" w:line="161" w:lineRule="exact"/>
        <w:rPr>
          <w:rFonts w:ascii="Helvetica Neue" w:hAnsi="Helvetica Neue" w:cs="Helvetica Neue"/>
          <w:color w:val="auto"/>
          <w:sz w:val="16"/>
          <w:szCs w:val="16"/>
        </w:rPr>
      </w:pPr>
      <w:r w:rsidRPr="009E778B">
        <w:rPr>
          <w:rFonts w:ascii="Helvetica Neue" w:hAnsi="Helvetica Neue" w:cs="Helvetica Neue"/>
          <w:color w:val="auto"/>
          <w:sz w:val="16"/>
          <w:szCs w:val="16"/>
        </w:rPr>
        <w:t xml:space="preserve">M. </w:t>
      </w:r>
      <w:r w:rsidRPr="009E778B">
        <w:rPr>
          <w:rFonts w:ascii="Helvetica Neue" w:hAnsi="Helvetica Neue" w:cs="Helvetica Neue"/>
          <w:color w:val="auto"/>
          <w:sz w:val="16"/>
          <w:szCs w:val="16"/>
        </w:rPr>
        <w:t>turismo@comune.gubbio.pg.it</w:t>
      </w:r>
    </w:p>
    <w:p w14:paraId="4E5A3069" w14:textId="0310BBC0" w:rsidR="009E778B" w:rsidRPr="009E778B" w:rsidRDefault="009E778B" w:rsidP="009E778B">
      <w:pPr>
        <w:autoSpaceDE w:val="0"/>
        <w:autoSpaceDN w:val="0"/>
        <w:adjustRightInd w:val="0"/>
        <w:spacing w:before="94" w:after="0" w:line="161" w:lineRule="exact"/>
        <w:rPr>
          <w:rFonts w:ascii="Helvetica Neue" w:hAnsi="Helvetica Neue" w:cs="Helvetica Neue"/>
          <w:color w:val="auto"/>
          <w:sz w:val="16"/>
          <w:szCs w:val="16"/>
        </w:rPr>
      </w:pPr>
      <w:r w:rsidRPr="009E778B">
        <w:rPr>
          <w:rFonts w:ascii="Helvetica Neue" w:hAnsi="Helvetica Neue" w:cs="Helvetica Neue"/>
          <w:color w:val="auto"/>
          <w:sz w:val="16"/>
          <w:szCs w:val="16"/>
        </w:rPr>
        <w:t xml:space="preserve">W. </w:t>
      </w:r>
      <w:r w:rsidRPr="009E778B">
        <w:rPr>
          <w:rFonts w:ascii="Helvetica Neue" w:hAnsi="Helvetica Neue" w:cs="Helvetica Neue"/>
          <w:color w:val="auto"/>
          <w:sz w:val="16"/>
          <w:szCs w:val="16"/>
        </w:rPr>
        <w:t>www.tartufodigubbio.it</w:t>
      </w:r>
    </w:p>
    <w:sectPr w:rsidR="009E778B" w:rsidRPr="009E778B" w:rsidSect="00034616">
      <w:footerReference w:type="default" r:id="rId8"/>
      <w:pgSz w:w="12240" w:h="15840"/>
      <w:pgMar w:top="1152" w:right="1800" w:bottom="1152" w:left="1800" w:header="432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472261" w14:textId="77777777" w:rsidR="00BC5C68" w:rsidRDefault="00BC5C68">
      <w:pPr>
        <w:spacing w:after="0" w:line="240" w:lineRule="auto"/>
      </w:pPr>
      <w:r>
        <w:separator/>
      </w:r>
    </w:p>
  </w:endnote>
  <w:endnote w:type="continuationSeparator" w:id="0">
    <w:p w14:paraId="3B41D825" w14:textId="77777777" w:rsidR="00BC5C68" w:rsidRDefault="00BC5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55C684" w14:textId="77777777" w:rsidR="005164F0" w:rsidRDefault="00000000">
    <w:pPr>
      <w:pStyle w:val="Pidipagina"/>
      <w:jc w:val="center"/>
    </w:pPr>
    <w:r>
      <w:rPr>
        <w:sz w:val="18"/>
      </w:rPr>
      <w:t xml:space="preserve">Pagina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sz w:val="18"/>
      </w:rPr>
      <w:t xml:space="preserve"> di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FA867B" w14:textId="77777777" w:rsidR="00BC5C68" w:rsidRDefault="00BC5C68">
      <w:pPr>
        <w:spacing w:after="0" w:line="240" w:lineRule="auto"/>
      </w:pPr>
      <w:r>
        <w:separator/>
      </w:r>
    </w:p>
  </w:footnote>
  <w:footnote w:type="continuationSeparator" w:id="0">
    <w:p w14:paraId="78258078" w14:textId="77777777" w:rsidR="00BC5C68" w:rsidRDefault="00BC5C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8654109">
    <w:abstractNumId w:val="8"/>
  </w:num>
  <w:num w:numId="2" w16cid:durableId="1809660627">
    <w:abstractNumId w:val="6"/>
  </w:num>
  <w:num w:numId="3" w16cid:durableId="432020773">
    <w:abstractNumId w:val="5"/>
  </w:num>
  <w:num w:numId="4" w16cid:durableId="1609505144">
    <w:abstractNumId w:val="4"/>
  </w:num>
  <w:num w:numId="5" w16cid:durableId="1397047732">
    <w:abstractNumId w:val="7"/>
  </w:num>
  <w:num w:numId="6" w16cid:durableId="1206797873">
    <w:abstractNumId w:val="3"/>
  </w:num>
  <w:num w:numId="7" w16cid:durableId="791174442">
    <w:abstractNumId w:val="2"/>
  </w:num>
  <w:num w:numId="8" w16cid:durableId="918632493">
    <w:abstractNumId w:val="1"/>
  </w:num>
  <w:num w:numId="9" w16cid:durableId="12604817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64F0"/>
    <w:rsid w:val="008E79D8"/>
    <w:rsid w:val="009E778B"/>
    <w:rsid w:val="00AA1D8D"/>
    <w:rsid w:val="00B47730"/>
    <w:rsid w:val="00BC5C6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68546"/>
  <w14:defaultImageDpi w14:val="300"/>
  <w15:docId w15:val="{BCD9CFBD-EDD1-FB4F-AB57-AE34C446C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40" w:line="259" w:lineRule="auto"/>
    </w:pPr>
    <w:rPr>
      <w:rFonts w:ascii="Times New Roman" w:hAnsi="Times New Roman"/>
      <w:color w:val="000000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eventi – Gubbio, Terra di Tartufo 2026</dc:title>
  <dc:subject>45ª edizione Mostra Mercato del Tartufo Bianco</dc:subject>
  <dc:creator>Gubbio, Terra di Tartufo</dc:creator>
  <cp:keywords>Gubbio, tartufo, programma, 2026, 45ª edizione</cp:keywords>
  <dc:description/>
  <cp:lastModifiedBy>Federico Venerucci</cp:lastModifiedBy>
  <cp:revision>2</cp:revision>
  <dcterms:created xsi:type="dcterms:W3CDTF">2013-12-23T23:15:00Z</dcterms:created>
  <dcterms:modified xsi:type="dcterms:W3CDTF">2026-10-20T17:12:00Z</dcterms:modified>
  <cp:category/>
</cp:coreProperties>
</file>